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6D61C" w14:textId="0719B0C0" w:rsidR="00930F33" w:rsidRDefault="00930F33">
      <w:pPr>
        <w:spacing w:after="0"/>
        <w:rPr>
          <w:lang w:eastAsia="zh-CN"/>
        </w:rPr>
      </w:pPr>
    </w:p>
    <w:p w14:paraId="0EA2E9C2" w14:textId="64740F2F" w:rsidR="001D7CF3" w:rsidRDefault="00644FD6">
      <w:r w:rsidRPr="00644FD6">
        <w:rPr>
          <w:rFonts w:ascii="Arial" w:hAnsi="Arial"/>
          <w:sz w:val="48"/>
        </w:rPr>
        <w:t xml:space="preserve">Real Numbers </w:t>
      </w:r>
      <w:r>
        <w:rPr>
          <w:rFonts w:ascii="Arial" w:hAnsi="Arial"/>
          <w:sz w:val="48"/>
        </w:rPr>
        <w:t>II</w:t>
      </w:r>
    </w:p>
    <w:p w14:paraId="1AEE7585" w14:textId="77777777" w:rsidR="001D7CF3" w:rsidRDefault="00135FD5">
      <w:pPr>
        <w:spacing w:before="440" w:after="0"/>
      </w:pPr>
      <w:r>
        <w:rPr>
          <w:rFonts w:ascii="Arial" w:hAnsi="Arial"/>
          <w:b/>
          <w:color w:val="4F6880"/>
        </w:rPr>
        <w:t>SUMMARY KEYWORDS</w:t>
      </w:r>
    </w:p>
    <w:p w14:paraId="491F3214" w14:textId="77777777" w:rsidR="001D7CF3" w:rsidRDefault="00135FD5">
      <w:r>
        <w:rPr>
          <w:rFonts w:ascii="Arial" w:hAnsi="Arial"/>
          <w:color w:val="4F6880"/>
        </w:rPr>
        <w:t xml:space="preserve">mastered, topic, divide, answer, exponents, question, number, negative, click, option, learn, check, mathematicians, review, solution, universe, cease, horizontal bars, </w:t>
      </w:r>
      <w:r>
        <w:rPr>
          <w:rFonts w:ascii="Arial" w:hAnsi="Arial"/>
          <w:color w:val="4F6880"/>
        </w:rPr>
        <w:t>infinity, top left corner</w:t>
      </w:r>
    </w:p>
    <w:p w14:paraId="4CD0FD09" w14:textId="4EF359C0" w:rsidR="001D7CF3" w:rsidRDefault="00135FD5">
      <w:pPr>
        <w:spacing w:before="440" w:after="0"/>
      </w:pPr>
      <w:r>
        <w:rPr>
          <w:rFonts w:ascii="Arial" w:hAnsi="Arial"/>
          <w:b/>
          <w:color w:val="4F6880"/>
        </w:rPr>
        <w:t>SPEAKER</w:t>
      </w:r>
    </w:p>
    <w:p w14:paraId="69186AED" w14:textId="391DE09E" w:rsidR="001D7CF3" w:rsidRDefault="00135FD5" w:rsidP="00135FD5">
      <w:r>
        <w:rPr>
          <w:rFonts w:ascii="Arial" w:hAnsi="Arial"/>
          <w:color w:val="4F6880"/>
        </w:rPr>
        <w:t>Robert McKeown</w:t>
      </w:r>
    </w:p>
    <w:p w14:paraId="4F338FDA" w14:textId="77777777" w:rsidR="001D7CF3" w:rsidRDefault="00135FD5">
      <w:pPr>
        <w:spacing w:after="0"/>
      </w:pPr>
      <w:r>
        <w:rPr>
          <w:rFonts w:ascii="Arial" w:hAnsi="Arial"/>
        </w:rPr>
        <w:t>Here we have a question asking us about exponents. So let's take a look at the left question first. And it's pretty straightforward. What does four to the power of two mean? Well, tha</w:t>
      </w:r>
      <w:r>
        <w:rPr>
          <w:rFonts w:ascii="Arial" w:hAnsi="Arial"/>
        </w:rPr>
        <w:t xml:space="preserve">t just means it's four times four divided by negative three, which is equal to 16 over negative three, which is equal to negative 16. Over three. If the negative and the nominator are numerator, it doesn't matter. The whole fraction is negative. Now let's </w:t>
      </w:r>
      <w:r>
        <w:rPr>
          <w:rFonts w:ascii="Arial" w:hAnsi="Arial"/>
        </w:rPr>
        <w:t>take a look at our right hand side question. So what does the exponent mean here? Well, a couple things. Notice that the negative sine is outside the exponents. So this is like writing negative one, multiplied by five over four to the power of three. And t</w:t>
      </w:r>
      <w:r>
        <w:rPr>
          <w:rFonts w:ascii="Arial" w:hAnsi="Arial"/>
        </w:rPr>
        <w:t>hat's like writing negative one, multiplied by five over four times five over four times five over four. I could rewrite this in another way, I could say, Oh, well, this is like negative one, multiplied by five to the power of three divided by four, to the</w:t>
      </w:r>
      <w:r>
        <w:rPr>
          <w:rFonts w:ascii="Arial" w:hAnsi="Arial"/>
        </w:rPr>
        <w:t xml:space="preserve"> power of three. Right? So they all mean, the same thing. What's the answer going to be? It's negative one, or negative. Five times five is 25 times five is 125. Four times four is 16, times four, that's 64. And, you know, basically have negative 125. Over</w:t>
      </w:r>
      <w:r>
        <w:rPr>
          <w:rFonts w:ascii="Arial" w:hAnsi="Arial"/>
        </w:rPr>
        <w:t xml:space="preserve"> 64. Here we are on ALEKS. And we have the same question that we saw in my slides. And so we evaluated the exponents. And then we wrote it as fractions. So the first one, the answer was negative 16. Over three. And the second question was negative 125? ove</w:t>
      </w:r>
      <w:r>
        <w:rPr>
          <w:rFonts w:ascii="Arial" w:hAnsi="Arial"/>
        </w:rPr>
        <w:t xml:space="preserve">r 64? Let's see if we've got the right answer. And we do. We will look at some more difficult exponent questions in the later topics. But for now, this is the basics. Our last question, I'm going to let you answer. And so if you look at the slide in front </w:t>
      </w:r>
      <w:r>
        <w:rPr>
          <w:rFonts w:ascii="Arial" w:hAnsi="Arial"/>
        </w:rPr>
        <w:t>of me, the question says, if we divide a real number by zero, so that's something like five divided by zero, or two divided by zero or three, divided by zero? What happens? Can we do this? And if we can do this, can't? What's the answer? And so this is a m</w:t>
      </w:r>
      <w:r>
        <w:rPr>
          <w:rFonts w:ascii="Arial" w:hAnsi="Arial"/>
        </w:rPr>
        <w:t>ultiple choice type question. And so the first option is if we divide a real number by zero, there is no problem. Mathematicians frequently divide by zero. The next option is that the universe will cease to exist. So that would cause some sort of reverse B</w:t>
      </w:r>
      <w:r>
        <w:rPr>
          <w:rFonts w:ascii="Arial" w:hAnsi="Arial"/>
        </w:rPr>
        <w:t>ig Bang. And that would be the the end of the universe as we know it. The answer any number divided by zero is always equal to infinity. And our last option is, if we divide a real number by zero, the answer is unknown. If you want to keep thinking about i</w:t>
      </w:r>
      <w:r>
        <w:rPr>
          <w:rFonts w:ascii="Arial" w:hAnsi="Arial"/>
        </w:rPr>
        <w:t>t, why don't you hit pause? And then I'll walk you through the solution. So is a the correct answer. Well, no, a is not the correct answer. There is a problem and mathematicians do not frequently divide by zero. Well, the universe cease to exist. Well, no,</w:t>
      </w:r>
      <w:r>
        <w:rPr>
          <w:rFonts w:ascii="Arial" w:hAnsi="Arial"/>
        </w:rPr>
        <w:t xml:space="preserve"> that's not a very good answer. You know, if we write down five divided by zero, the universe doesn't come to an end. The answer is always infinity. This is a tempting solution. However, infinity is not a number. So it is not an appropriate solution. infin</w:t>
      </w:r>
      <w:r>
        <w:rPr>
          <w:rFonts w:ascii="Arial" w:hAnsi="Arial"/>
        </w:rPr>
        <w:t>ity is a concept, not a number. If we divide a real number by zero, the answer is unknown. We do not know what the answer is, essentially, we don't know. So if you're going to divide any number by zero, mathematician say, we don't know what the answer to t</w:t>
      </w:r>
      <w:r>
        <w:rPr>
          <w:rFonts w:ascii="Arial" w:hAnsi="Arial"/>
        </w:rPr>
        <w:t xml:space="preserve">hat is. And so you can never do it. Because if </w:t>
      </w:r>
      <w:r>
        <w:rPr>
          <w:rFonts w:ascii="Arial" w:hAnsi="Arial"/>
        </w:rPr>
        <w:lastRenderedPageBreak/>
        <w:t>you do it, we won't have an answer for you. We do not know that some real number divided by zero produces infinity. We don't know what it produces. So why am I asking you this question? Because as we'll see, a</w:t>
      </w:r>
      <w:r>
        <w:rPr>
          <w:rFonts w:ascii="Arial" w:hAnsi="Arial"/>
        </w:rPr>
        <w:t xml:space="preserve">nd some of the future questions and future topics that come up, you must never divide by zero. If you must divide by zero to get an answer, then we say that there is no solution. There is no solution. So this is going to come up in some future topics. You </w:t>
      </w:r>
      <w:r>
        <w:rPr>
          <w:rFonts w:ascii="Arial" w:hAnsi="Arial"/>
        </w:rPr>
        <w:t>might wonder why and I'm trying to fill that in for you right here. We don't know what a real number divided by zero is equal to. So that does it for topic one, I hope you found it helpful. Remember, there are still a lot of concepts in topic one in the re</w:t>
      </w:r>
      <w:r>
        <w:rPr>
          <w:rFonts w:ascii="Arial" w:hAnsi="Arial"/>
        </w:rPr>
        <w:t>al number line that I didn't cover. And I think you're better off trying to learn those on your own. And if you have any questions, by all means, reach out to me, or take advantage of any other resources that are currently available. I would certainly be g</w:t>
      </w:r>
      <w:r>
        <w:rPr>
          <w:rFonts w:ascii="Arial" w:hAnsi="Arial"/>
        </w:rPr>
        <w:t>lad to help you. Now let me show you how to review this topic and how to get more assistance on this topic in ALEKS. So here I am on ALEKS. I've got an account that I've created where a certain number of topics I've mastered through the knowledge check. On</w:t>
      </w:r>
      <w:r>
        <w:rPr>
          <w:rFonts w:ascii="Arial" w:hAnsi="Arial"/>
        </w:rPr>
        <w:t>e thing you can do to get extra practice is you can just click on start my path. And ALEKS will start asking you questions. Presumably, in order of the topics, it felt that you did not show sufficient mastery of when you completed that knowledge check. Now</w:t>
      </w:r>
      <w:r>
        <w:rPr>
          <w:rFonts w:ascii="Arial" w:hAnsi="Arial"/>
        </w:rPr>
        <w:t xml:space="preserve"> you do have some more control over what you want to learn. And so if I go up to the top left corner, there are those three horizontal bars, I'll click on that. And when I click on that, I get a whole bunch of options here. And I'm just going to explain th</w:t>
      </w:r>
      <w:r>
        <w:rPr>
          <w:rFonts w:ascii="Arial" w:hAnsi="Arial"/>
        </w:rPr>
        <w:t xml:space="preserve">e first two options. If you want to learn a new topic, you can click on learn. And if I click this down menu here, you can actually go along and pick what you want to learn. And you can even pick the topic. So for example, I can click on real numbers. And </w:t>
      </w:r>
      <w:r>
        <w:rPr>
          <w:rFonts w:ascii="Arial" w:hAnsi="Arial"/>
        </w:rPr>
        <w:t>before, it lets me go too much further. It wants me to master applying the percent equation. And but there could be also be other options off to the right. And let me just see if I go for example here. And another topic, there's more than one option. So it</w:t>
      </w:r>
      <w:r>
        <w:rPr>
          <w:rFonts w:ascii="Arial" w:hAnsi="Arial"/>
        </w:rPr>
        <w:t xml:space="preserve"> doesn't want me to move on until I get this one correct. But that's not always going to be the case. Now, what if you've mastered a topic, but you start realizing that Yeah, you got that question? Right on the knowledge check. But, you know, do I really d</w:t>
      </w:r>
      <w:r>
        <w:rPr>
          <w:rFonts w:ascii="Arial" w:hAnsi="Arial"/>
        </w:rPr>
        <w:t xml:space="preserve">o I really understand and maybe maybe a little more practice, and I can really nail it and really, fully master that topic. If you go to review, and click on review. Again, you can now you can review the topics that you've mastered. And so if I click that </w:t>
      </w:r>
      <w:r>
        <w:rPr>
          <w:rFonts w:ascii="Arial" w:hAnsi="Arial"/>
        </w:rPr>
        <w:t xml:space="preserve">down arrow, so this comes up, I go up to here, where it says review, so it's reviewing all the topics, I click on real numbers. And now I can review the questions that I got right and you see, it's got a little crown icon, or at least I think it's a crown </w:t>
      </w:r>
      <w:r>
        <w:rPr>
          <w:rFonts w:ascii="Arial" w:hAnsi="Arial"/>
        </w:rPr>
        <w:t xml:space="preserve">icon, and it says Master, so you can see that you've mastered that topic. So go to work. See what you can do. If you have any trouble, please reach out to me or check some of the walkthroughs and that and the help. that's available on Moodle and the ALEKS </w:t>
      </w:r>
      <w:r>
        <w:rPr>
          <w:rFonts w:ascii="Arial" w:hAnsi="Arial"/>
        </w:rPr>
        <w:t>website</w:t>
      </w:r>
    </w:p>
    <w:sectPr w:rsidR="001D7CF3"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FEF6E" w14:textId="77777777" w:rsidR="00ED3244" w:rsidRDefault="00ED3244">
      <w:pPr>
        <w:spacing w:after="0" w:line="240" w:lineRule="auto"/>
      </w:pPr>
      <w:r>
        <w:separator/>
      </w:r>
    </w:p>
  </w:endnote>
  <w:endnote w:type="continuationSeparator" w:id="0">
    <w:p w14:paraId="32C8662D" w14:textId="77777777" w:rsidR="00ED3244" w:rsidRDefault="00ED3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FD58C" w14:textId="77777777" w:rsidR="00ED3244" w:rsidRDefault="00ED3244">
      <w:pPr>
        <w:spacing w:after="0" w:line="240" w:lineRule="auto"/>
      </w:pPr>
      <w:r>
        <w:separator/>
      </w:r>
    </w:p>
  </w:footnote>
  <w:footnote w:type="continuationSeparator" w:id="0">
    <w:p w14:paraId="4B6704BD" w14:textId="77777777" w:rsidR="00ED3244" w:rsidRDefault="00ED3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35FD5"/>
    <w:rsid w:val="0015074B"/>
    <w:rsid w:val="001D7CF3"/>
    <w:rsid w:val="0029639D"/>
    <w:rsid w:val="00326F90"/>
    <w:rsid w:val="004A641F"/>
    <w:rsid w:val="004B593C"/>
    <w:rsid w:val="00644FD6"/>
    <w:rsid w:val="006E2A8C"/>
    <w:rsid w:val="007749AF"/>
    <w:rsid w:val="00794EBC"/>
    <w:rsid w:val="00930F33"/>
    <w:rsid w:val="009C3AF0"/>
    <w:rsid w:val="00A12EE5"/>
    <w:rsid w:val="00AA1D8D"/>
    <w:rsid w:val="00B47730"/>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5813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1021</Words>
  <Characters>5822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Robert McKeown</cp:lastModifiedBy>
  <cp:revision>9</cp:revision>
  <dcterms:created xsi:type="dcterms:W3CDTF">2019-09-10T23:59:00Z</dcterms:created>
  <dcterms:modified xsi:type="dcterms:W3CDTF">2021-08-06T19:17:00Z</dcterms:modified>
  <cp:category/>
</cp:coreProperties>
</file>